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627DB" w14:textId="77777777" w:rsidR="00E23985" w:rsidRDefault="00000000">
      <w:pPr>
        <w:spacing w:after="60"/>
        <w:jc w:val="center"/>
      </w:pPr>
      <w:r>
        <w:rPr>
          <w:b/>
          <w:sz w:val="26"/>
        </w:rPr>
        <w:t>OBWIESZCZENIE</w:t>
      </w:r>
    </w:p>
    <w:p w14:paraId="3ED610D1" w14:textId="271077D9" w:rsidR="00F9676C" w:rsidRDefault="00000000" w:rsidP="00F9676C">
      <w:pPr>
        <w:spacing w:after="280"/>
        <w:jc w:val="center"/>
        <w:rPr>
          <w:b/>
        </w:rPr>
      </w:pPr>
      <w:r>
        <w:rPr>
          <w:b/>
        </w:rPr>
        <w:t xml:space="preserve">w sprawie rozpoczęcia </w:t>
      </w:r>
      <w:proofErr w:type="spellStart"/>
      <w:r>
        <w:rPr>
          <w:b/>
        </w:rPr>
        <w:t>konsultacji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społecznych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projektu</w:t>
      </w:r>
      <w:proofErr w:type="spellEnd"/>
      <w:r>
        <w:rPr>
          <w:b/>
        </w:rPr>
        <w:t xml:space="preserve"> </w:t>
      </w:r>
      <w:proofErr w:type="spellStart"/>
      <w:r w:rsidR="00F9676C" w:rsidRPr="00F9676C">
        <w:rPr>
          <w:b/>
        </w:rPr>
        <w:t>Strategi</w:t>
      </w:r>
      <w:r w:rsidR="00F9676C">
        <w:rPr>
          <w:b/>
        </w:rPr>
        <w:t>i</w:t>
      </w:r>
      <w:proofErr w:type="spellEnd"/>
      <w:r w:rsidR="00F9676C" w:rsidRPr="00F9676C">
        <w:rPr>
          <w:b/>
        </w:rPr>
        <w:t xml:space="preserve"> </w:t>
      </w:r>
      <w:proofErr w:type="spellStart"/>
      <w:r w:rsidR="00F9676C" w:rsidRPr="00F9676C">
        <w:rPr>
          <w:b/>
        </w:rPr>
        <w:t>Rozwoju</w:t>
      </w:r>
      <w:proofErr w:type="spellEnd"/>
      <w:r w:rsidR="00F9676C" w:rsidRPr="00F9676C">
        <w:rPr>
          <w:b/>
        </w:rPr>
        <w:t xml:space="preserve"> </w:t>
      </w:r>
      <w:proofErr w:type="spellStart"/>
      <w:r w:rsidR="00F9676C" w:rsidRPr="00F9676C">
        <w:rPr>
          <w:b/>
        </w:rPr>
        <w:t>Gminy</w:t>
      </w:r>
      <w:proofErr w:type="spellEnd"/>
      <w:r w:rsidR="00F9676C" w:rsidRPr="00F9676C">
        <w:rPr>
          <w:b/>
        </w:rPr>
        <w:t xml:space="preserve"> </w:t>
      </w:r>
      <w:proofErr w:type="spellStart"/>
      <w:r w:rsidR="00F9676C" w:rsidRPr="00F9676C">
        <w:rPr>
          <w:b/>
        </w:rPr>
        <w:t>Łagów</w:t>
      </w:r>
      <w:proofErr w:type="spellEnd"/>
      <w:r w:rsidR="00F9676C" w:rsidRPr="00F9676C">
        <w:rPr>
          <w:b/>
        </w:rPr>
        <w:t xml:space="preserve"> </w:t>
      </w:r>
      <w:proofErr w:type="spellStart"/>
      <w:r w:rsidR="00F9676C" w:rsidRPr="00F9676C">
        <w:rPr>
          <w:b/>
        </w:rPr>
        <w:t>na</w:t>
      </w:r>
      <w:proofErr w:type="spellEnd"/>
      <w:r w:rsidR="00F9676C" w:rsidRPr="00F9676C">
        <w:rPr>
          <w:b/>
        </w:rPr>
        <w:t xml:space="preserve"> </w:t>
      </w:r>
      <w:proofErr w:type="spellStart"/>
      <w:r w:rsidR="00F9676C" w:rsidRPr="00F9676C">
        <w:rPr>
          <w:b/>
        </w:rPr>
        <w:t>lata</w:t>
      </w:r>
      <w:proofErr w:type="spellEnd"/>
      <w:r w:rsidR="00F9676C" w:rsidRPr="00F9676C">
        <w:rPr>
          <w:b/>
        </w:rPr>
        <w:t xml:space="preserve"> 2026 </w:t>
      </w:r>
      <w:r w:rsidR="00F9676C">
        <w:rPr>
          <w:b/>
        </w:rPr>
        <w:t>–</w:t>
      </w:r>
      <w:r w:rsidR="00F9676C" w:rsidRPr="00F9676C">
        <w:rPr>
          <w:b/>
        </w:rPr>
        <w:t xml:space="preserve"> 2036</w:t>
      </w:r>
    </w:p>
    <w:p w14:paraId="68CCD073" w14:textId="42C29B8C" w:rsidR="00E23985" w:rsidRDefault="00000000" w:rsidP="00F9676C">
      <w:pPr>
        <w:spacing w:after="280"/>
        <w:jc w:val="center"/>
      </w:pPr>
      <w:proofErr w:type="spellStart"/>
      <w:r>
        <w:t>Zgodnie</w:t>
      </w:r>
      <w:proofErr w:type="spellEnd"/>
      <w:r>
        <w:t xml:space="preserve"> z art. 6 ust. 3–6 ustawy z dnia 6 grudnia 2006 r. o zasadach prowadzenia polityki rozwoju,</w:t>
      </w:r>
    </w:p>
    <w:p w14:paraId="1465A9F7" w14:textId="409DF507" w:rsidR="00E23985" w:rsidRDefault="00000000">
      <w:pPr>
        <w:spacing w:after="100"/>
        <w:jc w:val="center"/>
      </w:pPr>
      <w:proofErr w:type="spellStart"/>
      <w:r>
        <w:rPr>
          <w:b/>
        </w:rPr>
        <w:t>Wójt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Gminy</w:t>
      </w:r>
      <w:proofErr w:type="spellEnd"/>
      <w:r>
        <w:rPr>
          <w:b/>
        </w:rPr>
        <w:t xml:space="preserve"> </w:t>
      </w:r>
      <w:proofErr w:type="spellStart"/>
      <w:r w:rsidR="00F9676C">
        <w:rPr>
          <w:b/>
        </w:rPr>
        <w:t>Łagów</w:t>
      </w:r>
      <w:proofErr w:type="spellEnd"/>
    </w:p>
    <w:p w14:paraId="1B362892" w14:textId="77777777" w:rsidR="00E23985" w:rsidRDefault="00000000">
      <w:pPr>
        <w:spacing w:after="100"/>
        <w:jc w:val="center"/>
      </w:pPr>
      <w:r>
        <w:t>zaprasza</w:t>
      </w:r>
    </w:p>
    <w:p w14:paraId="07BF3997" w14:textId="5CEBDD8B" w:rsidR="00E23985" w:rsidRDefault="00000000">
      <w:pPr>
        <w:spacing w:after="100"/>
        <w:jc w:val="center"/>
      </w:pPr>
      <w:proofErr w:type="spellStart"/>
      <w:r>
        <w:t>mieszkańców</w:t>
      </w:r>
      <w:proofErr w:type="spellEnd"/>
      <w:r>
        <w:t xml:space="preserve"> </w:t>
      </w:r>
      <w:proofErr w:type="spellStart"/>
      <w:r>
        <w:t>Gminy</w:t>
      </w:r>
      <w:proofErr w:type="spellEnd"/>
      <w:r>
        <w:t xml:space="preserve"> </w:t>
      </w:r>
      <w:proofErr w:type="spellStart"/>
      <w:r w:rsidR="00F9676C">
        <w:t>Łagów</w:t>
      </w:r>
      <w:proofErr w:type="spellEnd"/>
      <w:r>
        <w:t xml:space="preserve">, </w:t>
      </w:r>
      <w:proofErr w:type="spellStart"/>
      <w:r w:rsidR="00F9676C">
        <w:t>gminy</w:t>
      </w:r>
      <w:proofErr w:type="spellEnd"/>
      <w:r w:rsidR="00F9676C">
        <w:t xml:space="preserve"> </w:t>
      </w:r>
      <w:proofErr w:type="spellStart"/>
      <w:r w:rsidR="00F9676C">
        <w:t>sąsiednie</w:t>
      </w:r>
      <w:proofErr w:type="spellEnd"/>
      <w:r w:rsidR="00F9676C">
        <w:t xml:space="preserve">, </w:t>
      </w:r>
      <w:proofErr w:type="spellStart"/>
      <w:r>
        <w:t>lokalnych</w:t>
      </w:r>
      <w:proofErr w:type="spellEnd"/>
      <w:r>
        <w:t xml:space="preserve"> </w:t>
      </w:r>
      <w:proofErr w:type="spellStart"/>
      <w:r>
        <w:t>partnerów</w:t>
      </w:r>
      <w:proofErr w:type="spellEnd"/>
      <w:r>
        <w:t xml:space="preserve"> </w:t>
      </w:r>
      <w:proofErr w:type="spellStart"/>
      <w:r>
        <w:t>społecznych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gospodarczych</w:t>
      </w:r>
      <w:proofErr w:type="spellEnd"/>
      <w:r>
        <w:t xml:space="preserve">, </w:t>
      </w:r>
      <w:r w:rsidR="00F9676C">
        <w:br/>
      </w:r>
      <w:r>
        <w:t xml:space="preserve">w </w:t>
      </w:r>
      <w:proofErr w:type="spellStart"/>
      <w:r>
        <w:t>szczególności</w:t>
      </w:r>
      <w:proofErr w:type="spellEnd"/>
      <w:r>
        <w:t xml:space="preserve"> </w:t>
      </w:r>
      <w:proofErr w:type="spellStart"/>
      <w:r>
        <w:t>działających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terenie</w:t>
      </w:r>
      <w:proofErr w:type="spellEnd"/>
      <w:r>
        <w:t xml:space="preserve"> gminy, w tym organizacje pozarządowe i przedsiębiorców,</w:t>
      </w:r>
    </w:p>
    <w:p w14:paraId="4E111372" w14:textId="77777777" w:rsidR="00E23985" w:rsidRDefault="00000000">
      <w:pPr>
        <w:spacing w:after="100"/>
        <w:jc w:val="center"/>
      </w:pPr>
      <w:r>
        <w:t>do zapoznania się z projektem</w:t>
      </w:r>
    </w:p>
    <w:p w14:paraId="0905DD00" w14:textId="77777777" w:rsidR="00F9676C" w:rsidRDefault="00F9676C" w:rsidP="00F9676C">
      <w:pPr>
        <w:spacing w:after="120"/>
        <w:jc w:val="center"/>
        <w:rPr>
          <w:b/>
        </w:rPr>
      </w:pPr>
      <w:proofErr w:type="spellStart"/>
      <w:r w:rsidRPr="00F9676C">
        <w:rPr>
          <w:b/>
        </w:rPr>
        <w:t>Strategii</w:t>
      </w:r>
      <w:proofErr w:type="spellEnd"/>
      <w:r w:rsidRPr="00F9676C">
        <w:rPr>
          <w:b/>
        </w:rPr>
        <w:t xml:space="preserve"> </w:t>
      </w:r>
      <w:proofErr w:type="spellStart"/>
      <w:r w:rsidRPr="00F9676C">
        <w:rPr>
          <w:b/>
        </w:rPr>
        <w:t>Rozwoju</w:t>
      </w:r>
      <w:proofErr w:type="spellEnd"/>
      <w:r w:rsidRPr="00F9676C">
        <w:rPr>
          <w:b/>
        </w:rPr>
        <w:t xml:space="preserve"> </w:t>
      </w:r>
      <w:proofErr w:type="spellStart"/>
      <w:r w:rsidRPr="00F9676C">
        <w:rPr>
          <w:b/>
        </w:rPr>
        <w:t>Gminy</w:t>
      </w:r>
      <w:proofErr w:type="spellEnd"/>
      <w:r w:rsidRPr="00F9676C">
        <w:rPr>
          <w:b/>
        </w:rPr>
        <w:t xml:space="preserve"> </w:t>
      </w:r>
      <w:proofErr w:type="spellStart"/>
      <w:r w:rsidRPr="00F9676C">
        <w:rPr>
          <w:b/>
        </w:rPr>
        <w:t>Łagów</w:t>
      </w:r>
      <w:proofErr w:type="spellEnd"/>
      <w:r w:rsidRPr="00F9676C">
        <w:rPr>
          <w:b/>
        </w:rPr>
        <w:t xml:space="preserve"> </w:t>
      </w:r>
      <w:proofErr w:type="spellStart"/>
      <w:r w:rsidRPr="00F9676C">
        <w:rPr>
          <w:b/>
        </w:rPr>
        <w:t>na</w:t>
      </w:r>
      <w:proofErr w:type="spellEnd"/>
      <w:r w:rsidRPr="00F9676C">
        <w:rPr>
          <w:b/>
        </w:rPr>
        <w:t xml:space="preserve"> </w:t>
      </w:r>
      <w:proofErr w:type="spellStart"/>
      <w:r w:rsidRPr="00F9676C">
        <w:rPr>
          <w:b/>
        </w:rPr>
        <w:t>lata</w:t>
      </w:r>
      <w:proofErr w:type="spellEnd"/>
      <w:r w:rsidRPr="00F9676C">
        <w:rPr>
          <w:b/>
        </w:rPr>
        <w:t xml:space="preserve"> 2026 – 2036</w:t>
      </w:r>
    </w:p>
    <w:p w14:paraId="1F5F16FE" w14:textId="77777777" w:rsidR="00F9676C" w:rsidRDefault="00F9676C">
      <w:pPr>
        <w:spacing w:after="120"/>
        <w:jc w:val="both"/>
        <w:rPr>
          <w:b/>
        </w:rPr>
      </w:pPr>
    </w:p>
    <w:p w14:paraId="6F736628" w14:textId="40FC052B" w:rsidR="00D02380" w:rsidRDefault="00D02380">
      <w:pPr>
        <w:spacing w:after="120"/>
        <w:jc w:val="both"/>
        <w:rPr>
          <w:lang w:val="pl-PL"/>
        </w:rPr>
      </w:pPr>
      <w:r w:rsidRPr="00D02380">
        <w:rPr>
          <w:lang w:val="pl-PL"/>
        </w:rPr>
        <w:t>Uwagi można zgłaszać na załączonym formularzu uwag stanowiącym załącznik do przedmiotowego ogłoszenia bądź poprzez formularz elektroniczny znajdujący się pod linkiem:</w:t>
      </w:r>
    </w:p>
    <w:p w14:paraId="52672DD2" w14:textId="518C0117" w:rsidR="00D02380" w:rsidRDefault="00F9676C" w:rsidP="00D02380">
      <w:pPr>
        <w:spacing w:after="120"/>
        <w:jc w:val="center"/>
      </w:pPr>
      <w:r w:rsidRPr="00F9676C">
        <w:t>https://forms.gle/B1L6KJtcZNvhR5wV6</w:t>
      </w:r>
    </w:p>
    <w:p w14:paraId="0CAD0816" w14:textId="77777777" w:rsidR="00D02380" w:rsidRDefault="00D02380">
      <w:pPr>
        <w:spacing w:after="120"/>
        <w:jc w:val="both"/>
      </w:pPr>
    </w:p>
    <w:p w14:paraId="161A1DA3" w14:textId="6A5AE213" w:rsidR="00E23985" w:rsidRDefault="00000000" w:rsidP="00D02380">
      <w:pPr>
        <w:spacing w:before="120" w:after="160"/>
      </w:pPr>
      <w:r>
        <w:rPr>
          <w:b/>
        </w:rPr>
        <w:t xml:space="preserve">Konsultacje </w:t>
      </w:r>
      <w:proofErr w:type="spellStart"/>
      <w:r>
        <w:rPr>
          <w:b/>
        </w:rPr>
        <w:t>prowadzone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będą</w:t>
      </w:r>
      <w:proofErr w:type="spellEnd"/>
      <w:r>
        <w:rPr>
          <w:b/>
        </w:rPr>
        <w:t xml:space="preserve"> w </w:t>
      </w:r>
      <w:proofErr w:type="spellStart"/>
      <w:r>
        <w:rPr>
          <w:b/>
        </w:rPr>
        <w:t>terminie</w:t>
      </w:r>
      <w:proofErr w:type="spellEnd"/>
      <w:r>
        <w:rPr>
          <w:b/>
        </w:rPr>
        <w:t xml:space="preserve"> od </w:t>
      </w:r>
      <w:r w:rsidR="00F9676C">
        <w:rPr>
          <w:b/>
        </w:rPr>
        <w:t>12</w:t>
      </w:r>
      <w:r w:rsidR="007E1693">
        <w:rPr>
          <w:b/>
        </w:rPr>
        <w:t xml:space="preserve"> </w:t>
      </w:r>
      <w:proofErr w:type="spellStart"/>
      <w:r w:rsidR="007E1693">
        <w:rPr>
          <w:b/>
        </w:rPr>
        <w:t>października</w:t>
      </w:r>
      <w:proofErr w:type="spellEnd"/>
      <w:r>
        <w:rPr>
          <w:b/>
        </w:rPr>
        <w:t xml:space="preserve"> 2026 r. do </w:t>
      </w:r>
      <w:r w:rsidR="007E1693">
        <w:rPr>
          <w:b/>
        </w:rPr>
        <w:t>1</w:t>
      </w:r>
      <w:r w:rsidR="00F9676C">
        <w:rPr>
          <w:b/>
        </w:rPr>
        <w:t>6</w:t>
      </w:r>
      <w:r w:rsidR="007E1693">
        <w:rPr>
          <w:b/>
        </w:rPr>
        <w:t xml:space="preserve"> </w:t>
      </w:r>
      <w:proofErr w:type="spellStart"/>
      <w:r w:rsidR="007E1693">
        <w:rPr>
          <w:b/>
        </w:rPr>
        <w:t>listopada</w:t>
      </w:r>
      <w:proofErr w:type="spellEnd"/>
      <w:r>
        <w:rPr>
          <w:b/>
        </w:rPr>
        <w:t xml:space="preserve"> 2026 r.</w:t>
      </w:r>
    </w:p>
    <w:p w14:paraId="02EFC15F" w14:textId="77777777" w:rsidR="00E23985" w:rsidRDefault="00000000">
      <w:pPr>
        <w:spacing w:after="60"/>
        <w:jc w:val="both"/>
      </w:pPr>
      <w:r>
        <w:rPr>
          <w:b/>
        </w:rPr>
        <w:t>Wypełniony formularz uwag można przekazać:</w:t>
      </w:r>
    </w:p>
    <w:p w14:paraId="42DA141B" w14:textId="08011D02" w:rsidR="00E23985" w:rsidRDefault="00000000">
      <w:pPr>
        <w:spacing w:after="40" w:line="264" w:lineRule="auto"/>
        <w:ind w:left="340" w:hanging="227"/>
        <w:jc w:val="both"/>
      </w:pPr>
      <w:r>
        <w:t xml:space="preserve">• drogą elektroniczną </w:t>
      </w:r>
      <w:proofErr w:type="spellStart"/>
      <w:r>
        <w:t>na</w:t>
      </w:r>
      <w:proofErr w:type="spellEnd"/>
      <w:r>
        <w:t xml:space="preserve"> </w:t>
      </w:r>
      <w:proofErr w:type="spellStart"/>
      <w:r>
        <w:t>adres</w:t>
      </w:r>
      <w:proofErr w:type="spellEnd"/>
      <w:r>
        <w:t xml:space="preserve"> e-mail: </w:t>
      </w:r>
      <w:r w:rsidR="00F9676C" w:rsidRPr="00F9676C">
        <w:t>sekretariat@lagow.pl</w:t>
      </w:r>
      <w:r>
        <w:t>,</w:t>
      </w:r>
    </w:p>
    <w:p w14:paraId="43422B4C" w14:textId="7285C69B" w:rsidR="00E23985" w:rsidRDefault="00000000" w:rsidP="00F9676C">
      <w:pPr>
        <w:spacing w:after="40" w:line="264" w:lineRule="auto"/>
        <w:ind w:left="340" w:hanging="227"/>
        <w:jc w:val="both"/>
      </w:pPr>
      <w:r>
        <w:t xml:space="preserve">• </w:t>
      </w:r>
      <w:proofErr w:type="spellStart"/>
      <w:r>
        <w:t>pisemnie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adres</w:t>
      </w:r>
      <w:proofErr w:type="spellEnd"/>
      <w:r>
        <w:t xml:space="preserve">: </w:t>
      </w:r>
      <w:proofErr w:type="spellStart"/>
      <w:r w:rsidR="00F9676C">
        <w:t>Urząd</w:t>
      </w:r>
      <w:proofErr w:type="spellEnd"/>
      <w:r w:rsidR="00F9676C">
        <w:t xml:space="preserve"> </w:t>
      </w:r>
      <w:proofErr w:type="spellStart"/>
      <w:r w:rsidR="00F9676C">
        <w:t>Gminy</w:t>
      </w:r>
      <w:proofErr w:type="spellEnd"/>
      <w:r w:rsidR="00F9676C">
        <w:t xml:space="preserve"> </w:t>
      </w:r>
      <w:proofErr w:type="spellStart"/>
      <w:r w:rsidR="00F9676C">
        <w:t>Łagów</w:t>
      </w:r>
      <w:proofErr w:type="spellEnd"/>
      <w:r w:rsidR="00F9676C">
        <w:t xml:space="preserve">, </w:t>
      </w:r>
      <w:r w:rsidR="00F9676C">
        <w:t xml:space="preserve">ul. </w:t>
      </w:r>
      <w:proofErr w:type="spellStart"/>
      <w:r w:rsidR="00F9676C">
        <w:t>Spacerowa</w:t>
      </w:r>
      <w:proofErr w:type="spellEnd"/>
      <w:r w:rsidR="00F9676C">
        <w:t xml:space="preserve"> 7, 66-220 </w:t>
      </w:r>
      <w:proofErr w:type="spellStart"/>
      <w:r w:rsidR="00F9676C">
        <w:t>Łagów</w:t>
      </w:r>
      <w:proofErr w:type="spellEnd"/>
      <w:r>
        <w:t>,</w:t>
      </w:r>
    </w:p>
    <w:p w14:paraId="5C83EB22" w14:textId="009FD2AD" w:rsidR="00E23985" w:rsidRDefault="00000000">
      <w:pPr>
        <w:spacing w:after="40" w:line="264" w:lineRule="auto"/>
        <w:ind w:left="340" w:hanging="227"/>
        <w:jc w:val="both"/>
      </w:pPr>
      <w:r>
        <w:t xml:space="preserve">• </w:t>
      </w:r>
      <w:proofErr w:type="spellStart"/>
      <w:r>
        <w:t>osobiście</w:t>
      </w:r>
      <w:proofErr w:type="spellEnd"/>
      <w:r>
        <w:t xml:space="preserve"> w </w:t>
      </w:r>
      <w:proofErr w:type="spellStart"/>
      <w:r>
        <w:t>siedzibie</w:t>
      </w:r>
      <w:proofErr w:type="spellEnd"/>
      <w:r>
        <w:t xml:space="preserve"> </w:t>
      </w:r>
      <w:proofErr w:type="spellStart"/>
      <w:r>
        <w:t>Urzędu</w:t>
      </w:r>
      <w:proofErr w:type="spellEnd"/>
      <w:r>
        <w:t xml:space="preserve"> </w:t>
      </w:r>
      <w:proofErr w:type="spellStart"/>
      <w:r>
        <w:t>Gminy</w:t>
      </w:r>
      <w:proofErr w:type="spellEnd"/>
      <w:r>
        <w:t xml:space="preserve"> </w:t>
      </w:r>
      <w:proofErr w:type="spellStart"/>
      <w:r w:rsidR="00F9676C">
        <w:t>Łagów</w:t>
      </w:r>
      <w:proofErr w:type="spellEnd"/>
      <w:r>
        <w:t>.</w:t>
      </w:r>
    </w:p>
    <w:p w14:paraId="4BE0601A" w14:textId="60F6BBC2" w:rsidR="00E23985" w:rsidRDefault="00000000">
      <w:pPr>
        <w:spacing w:before="120" w:after="80"/>
        <w:jc w:val="both"/>
      </w:pPr>
      <w:r>
        <w:t xml:space="preserve">Projekt </w:t>
      </w:r>
      <w:proofErr w:type="spellStart"/>
      <w:r>
        <w:t>Strategii</w:t>
      </w:r>
      <w:proofErr w:type="spellEnd"/>
      <w:r>
        <w:t xml:space="preserve"> </w:t>
      </w:r>
      <w:proofErr w:type="spellStart"/>
      <w:r>
        <w:t>Rozwoju</w:t>
      </w:r>
      <w:proofErr w:type="spellEnd"/>
      <w:r>
        <w:t xml:space="preserve"> </w:t>
      </w:r>
      <w:proofErr w:type="spellStart"/>
      <w:r>
        <w:t>Gminy</w:t>
      </w:r>
      <w:proofErr w:type="spellEnd"/>
      <w:r>
        <w:t xml:space="preserve"> </w:t>
      </w:r>
      <w:proofErr w:type="spellStart"/>
      <w:r w:rsidR="00F9676C" w:rsidRPr="00F9676C">
        <w:t>Łagów</w:t>
      </w:r>
      <w:proofErr w:type="spellEnd"/>
      <w:r w:rsidR="00F9676C" w:rsidRPr="00F9676C">
        <w:t xml:space="preserve"> </w:t>
      </w:r>
      <w:proofErr w:type="spellStart"/>
      <w:r w:rsidR="00F9676C" w:rsidRPr="00F9676C">
        <w:t>na</w:t>
      </w:r>
      <w:proofErr w:type="spellEnd"/>
      <w:r w:rsidR="00F9676C" w:rsidRPr="00F9676C">
        <w:t xml:space="preserve"> </w:t>
      </w:r>
      <w:proofErr w:type="spellStart"/>
      <w:r w:rsidR="00F9676C" w:rsidRPr="00F9676C">
        <w:t>lata</w:t>
      </w:r>
      <w:proofErr w:type="spellEnd"/>
      <w:r w:rsidR="00F9676C" w:rsidRPr="00F9676C">
        <w:t xml:space="preserve"> 2026 – 2036</w:t>
      </w:r>
      <w:r w:rsidR="00F9676C">
        <w:t xml:space="preserve"> </w:t>
      </w:r>
      <w:proofErr w:type="spellStart"/>
      <w:r>
        <w:t>wraz</w:t>
      </w:r>
      <w:proofErr w:type="spellEnd"/>
      <w:r>
        <w:t xml:space="preserve"> z </w:t>
      </w:r>
      <w:proofErr w:type="spellStart"/>
      <w:r>
        <w:t>formularzem</w:t>
      </w:r>
      <w:proofErr w:type="spellEnd"/>
      <w:r>
        <w:t xml:space="preserve"> uwag jest dostępny w wersji elektronicznej na </w:t>
      </w:r>
      <w:proofErr w:type="spellStart"/>
      <w:r>
        <w:t>stronie</w:t>
      </w:r>
      <w:proofErr w:type="spellEnd"/>
      <w:r>
        <w:t xml:space="preserve"> </w:t>
      </w:r>
      <w:proofErr w:type="spellStart"/>
      <w:r>
        <w:t>internetowej</w:t>
      </w:r>
      <w:proofErr w:type="spellEnd"/>
      <w:r>
        <w:t xml:space="preserve"> </w:t>
      </w:r>
      <w:proofErr w:type="spellStart"/>
      <w:r>
        <w:t>Gminy</w:t>
      </w:r>
      <w:proofErr w:type="spellEnd"/>
      <w:r>
        <w:t xml:space="preserve"> </w:t>
      </w:r>
      <w:proofErr w:type="spellStart"/>
      <w:r w:rsidR="00F9676C">
        <w:t>Łagów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w </w:t>
      </w:r>
      <w:proofErr w:type="spellStart"/>
      <w:r>
        <w:t>Biuletynie</w:t>
      </w:r>
      <w:proofErr w:type="spellEnd"/>
      <w:r>
        <w:t xml:space="preserve"> Informacji Publicznej, a w wersji papierowej w </w:t>
      </w:r>
      <w:proofErr w:type="spellStart"/>
      <w:r>
        <w:t>siedzibie</w:t>
      </w:r>
      <w:proofErr w:type="spellEnd"/>
      <w:r>
        <w:t xml:space="preserve"> </w:t>
      </w:r>
      <w:proofErr w:type="spellStart"/>
      <w:r>
        <w:t>Urzędu</w:t>
      </w:r>
      <w:proofErr w:type="spellEnd"/>
      <w:r>
        <w:t xml:space="preserve"> </w:t>
      </w:r>
      <w:proofErr w:type="spellStart"/>
      <w:r>
        <w:t>Gminy</w:t>
      </w:r>
      <w:proofErr w:type="spellEnd"/>
      <w:r>
        <w:t xml:space="preserve"> </w:t>
      </w:r>
      <w:proofErr w:type="spellStart"/>
      <w:r w:rsidR="00F9676C">
        <w:t>Łagów</w:t>
      </w:r>
      <w:proofErr w:type="spellEnd"/>
      <w:r>
        <w:t>.</w:t>
      </w:r>
    </w:p>
    <w:p w14:paraId="79D39CBC" w14:textId="77777777" w:rsidR="00E23985" w:rsidRDefault="00000000">
      <w:pPr>
        <w:spacing w:after="240"/>
        <w:jc w:val="both"/>
      </w:pPr>
      <w:r>
        <w:t>Uwagi zgłoszone po upływie wskazanego terminu nie będą rozpatrywane.</w:t>
      </w:r>
    </w:p>
    <w:p w14:paraId="4630C997" w14:textId="42DF0595" w:rsidR="00E23985" w:rsidRDefault="00000000">
      <w:pPr>
        <w:spacing w:before="160" w:after="0"/>
        <w:jc w:val="right"/>
      </w:pPr>
      <w:proofErr w:type="spellStart"/>
      <w:r>
        <w:rPr>
          <w:b/>
        </w:rPr>
        <w:t>Wójt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Gminy</w:t>
      </w:r>
      <w:proofErr w:type="spellEnd"/>
      <w:r>
        <w:rPr>
          <w:b/>
        </w:rPr>
        <w:t xml:space="preserve"> </w:t>
      </w:r>
      <w:proofErr w:type="spellStart"/>
      <w:r w:rsidR="00F9676C">
        <w:rPr>
          <w:b/>
        </w:rPr>
        <w:t>Łagów</w:t>
      </w:r>
      <w:proofErr w:type="spellEnd"/>
    </w:p>
    <w:sectPr w:rsidR="00E23985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9115055">
    <w:abstractNumId w:val="8"/>
  </w:num>
  <w:num w:numId="2" w16cid:durableId="866259880">
    <w:abstractNumId w:val="6"/>
  </w:num>
  <w:num w:numId="3" w16cid:durableId="815687945">
    <w:abstractNumId w:val="5"/>
  </w:num>
  <w:num w:numId="4" w16cid:durableId="2102295707">
    <w:abstractNumId w:val="4"/>
  </w:num>
  <w:num w:numId="5" w16cid:durableId="541792591">
    <w:abstractNumId w:val="7"/>
  </w:num>
  <w:num w:numId="6" w16cid:durableId="1755279407">
    <w:abstractNumId w:val="3"/>
  </w:num>
  <w:num w:numId="7" w16cid:durableId="1277835191">
    <w:abstractNumId w:val="2"/>
  </w:num>
  <w:num w:numId="8" w16cid:durableId="1870407894">
    <w:abstractNumId w:val="1"/>
  </w:num>
  <w:num w:numId="9" w16cid:durableId="564535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0A81"/>
    <w:rsid w:val="0015074B"/>
    <w:rsid w:val="0029639D"/>
    <w:rsid w:val="00326F90"/>
    <w:rsid w:val="004F6587"/>
    <w:rsid w:val="007E1693"/>
    <w:rsid w:val="00AA1D8D"/>
    <w:rsid w:val="00B032D1"/>
    <w:rsid w:val="00B47730"/>
    <w:rsid w:val="00CB0664"/>
    <w:rsid w:val="00D02380"/>
    <w:rsid w:val="00E23985"/>
    <w:rsid w:val="00F9676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DECE03"/>
  <w14:defaultImageDpi w14:val="300"/>
  <w15:docId w15:val="{6226774C-A88B-4FF3-A0E5-4887678DA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Rafał Modrzejewski</cp:lastModifiedBy>
  <cp:revision>4</cp:revision>
  <dcterms:created xsi:type="dcterms:W3CDTF">2026-09-17T10:16:00Z</dcterms:created>
  <dcterms:modified xsi:type="dcterms:W3CDTF">2026-10-09T10:40:00Z</dcterms:modified>
  <cp:category/>
</cp:coreProperties>
</file>